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D9E8" w14:textId="08A1CFCC" w:rsidR="00941476" w:rsidRPr="005932FC" w:rsidRDefault="00941476" w:rsidP="00941476">
      <w:pPr>
        <w:pStyle w:val="Titre1"/>
        <w:jc w:val="center"/>
        <w:rPr>
          <w:rFonts w:ascii="Arial" w:hAnsi="Arial" w:cs="Arial"/>
          <w:sz w:val="22"/>
          <w:szCs w:val="22"/>
        </w:rPr>
      </w:pPr>
      <w:proofErr w:type="spellStart"/>
      <w:r w:rsidRPr="005932FC">
        <w:rPr>
          <w:rFonts w:ascii="Arial" w:hAnsi="Arial" w:cs="Arial"/>
          <w:sz w:val="22"/>
          <w:szCs w:val="22"/>
        </w:rPr>
        <w:t>Formulaire</w:t>
      </w:r>
      <w:proofErr w:type="spellEnd"/>
      <w:r w:rsidRPr="005932FC">
        <w:rPr>
          <w:rFonts w:ascii="Arial" w:hAnsi="Arial" w:cs="Arial"/>
          <w:sz w:val="22"/>
          <w:szCs w:val="22"/>
        </w:rPr>
        <w:t xml:space="preserve"> de candidature – </w:t>
      </w:r>
      <w:proofErr w:type="spellStart"/>
      <w:r w:rsidRPr="005932FC">
        <w:rPr>
          <w:rFonts w:ascii="Arial" w:hAnsi="Arial" w:cs="Arial"/>
          <w:sz w:val="22"/>
          <w:szCs w:val="22"/>
        </w:rPr>
        <w:t>membre</w:t>
      </w:r>
      <w:r w:rsidR="00401FC7">
        <w:rPr>
          <w:rFonts w:ascii="Arial" w:hAnsi="Arial" w:cs="Arial"/>
          <w:sz w:val="22"/>
          <w:szCs w:val="22"/>
        </w:rPr>
        <w:t>s</w:t>
      </w:r>
      <w:proofErr w:type="spellEnd"/>
      <w:r w:rsidRPr="005932FC">
        <w:rPr>
          <w:rFonts w:ascii="Arial" w:hAnsi="Arial" w:cs="Arial"/>
          <w:sz w:val="22"/>
          <w:szCs w:val="22"/>
        </w:rPr>
        <w:t xml:space="preserve"> du CDCA</w:t>
      </w:r>
    </w:p>
    <w:p w14:paraId="772448EF" w14:textId="77777777" w:rsidR="00941476" w:rsidRDefault="00941476">
      <w:pPr>
        <w:rPr>
          <w:rFonts w:ascii="Arial" w:hAnsi="Arial" w:cs="Arial"/>
        </w:rPr>
      </w:pPr>
    </w:p>
    <w:p w14:paraId="460EE6BE" w14:textId="77777777" w:rsidR="005932FC" w:rsidRDefault="00731952" w:rsidP="005932FC">
      <w:pPr>
        <w:spacing w:after="0"/>
        <w:jc w:val="both"/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Ce </w:t>
      </w:r>
      <w:proofErr w:type="spellStart"/>
      <w:r w:rsidRPr="005932FC">
        <w:rPr>
          <w:rFonts w:ascii="Arial" w:hAnsi="Arial" w:cs="Arial"/>
        </w:rPr>
        <w:t>formulaire</w:t>
      </w:r>
      <w:proofErr w:type="spellEnd"/>
      <w:r w:rsidRPr="005932FC">
        <w:rPr>
          <w:rFonts w:ascii="Arial" w:hAnsi="Arial" w:cs="Arial"/>
        </w:rPr>
        <w:t xml:space="preserve"> est </w:t>
      </w:r>
      <w:proofErr w:type="spellStart"/>
      <w:r w:rsidRPr="005932FC">
        <w:rPr>
          <w:rFonts w:ascii="Arial" w:hAnsi="Arial" w:cs="Arial"/>
        </w:rPr>
        <w:t>destiné</w:t>
      </w:r>
      <w:proofErr w:type="spellEnd"/>
      <w:r w:rsidRPr="005932FC">
        <w:rPr>
          <w:rFonts w:ascii="Arial" w:hAnsi="Arial" w:cs="Arial"/>
        </w:rPr>
        <w:t xml:space="preserve"> aux structures souhaitant proposer des candidatures pour le renouvellement des membres du Conseil Départemental de la Citoyenneté et de l'Autonomie (CDCA) pour la </w:t>
      </w:r>
      <w:proofErr w:type="spellStart"/>
      <w:r w:rsidRPr="005932FC">
        <w:rPr>
          <w:rFonts w:ascii="Arial" w:hAnsi="Arial" w:cs="Arial"/>
        </w:rPr>
        <w:t>période</w:t>
      </w:r>
      <w:proofErr w:type="spellEnd"/>
      <w:r w:rsidRPr="005932FC">
        <w:rPr>
          <w:rFonts w:ascii="Arial" w:hAnsi="Arial" w:cs="Arial"/>
        </w:rPr>
        <w:t xml:space="preserve"> </w:t>
      </w:r>
      <w:r w:rsidR="009B4AFD" w:rsidRPr="005932FC">
        <w:rPr>
          <w:rFonts w:ascii="Arial" w:hAnsi="Arial" w:cs="Arial"/>
        </w:rPr>
        <w:t>2027</w:t>
      </w:r>
      <w:r w:rsidRPr="005932FC">
        <w:rPr>
          <w:rFonts w:ascii="Arial" w:hAnsi="Arial" w:cs="Arial"/>
        </w:rPr>
        <w:t>-20</w:t>
      </w:r>
      <w:r w:rsidR="009B4AFD" w:rsidRPr="005932FC">
        <w:rPr>
          <w:rFonts w:ascii="Arial" w:hAnsi="Arial" w:cs="Arial"/>
        </w:rPr>
        <w:t>30</w:t>
      </w:r>
      <w:r w:rsidRPr="005932FC">
        <w:rPr>
          <w:rFonts w:ascii="Arial" w:hAnsi="Arial" w:cs="Arial"/>
        </w:rPr>
        <w:t>.</w:t>
      </w:r>
    </w:p>
    <w:p w14:paraId="44B6F2D8" w14:textId="77777777" w:rsidR="005932FC" w:rsidRPr="005932FC" w:rsidRDefault="005932FC" w:rsidP="005932FC">
      <w:pPr>
        <w:spacing w:after="0"/>
        <w:jc w:val="both"/>
        <w:rPr>
          <w:rFonts w:ascii="Arial" w:hAnsi="Arial" w:cs="Arial"/>
        </w:rPr>
      </w:pPr>
    </w:p>
    <w:p w14:paraId="398F30EB" w14:textId="77777777" w:rsidR="002B6782" w:rsidRDefault="00731952" w:rsidP="005932FC">
      <w:pPr>
        <w:pStyle w:val="Titre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proofErr w:type="spellStart"/>
      <w:r w:rsidRPr="005932FC">
        <w:rPr>
          <w:rFonts w:ascii="Arial" w:hAnsi="Arial" w:cs="Arial"/>
          <w:sz w:val="22"/>
          <w:szCs w:val="22"/>
        </w:rPr>
        <w:t>Informations</w:t>
      </w:r>
      <w:proofErr w:type="spellEnd"/>
      <w:r w:rsidRPr="005932FC">
        <w:rPr>
          <w:rFonts w:ascii="Arial" w:hAnsi="Arial" w:cs="Arial"/>
          <w:sz w:val="22"/>
          <w:szCs w:val="22"/>
        </w:rPr>
        <w:t xml:space="preserve"> sur la structure candidate</w:t>
      </w:r>
    </w:p>
    <w:p w14:paraId="45548927" w14:textId="77777777" w:rsidR="005932FC" w:rsidRPr="005932FC" w:rsidRDefault="005932FC" w:rsidP="005932FC">
      <w:pPr>
        <w:spacing w:after="0"/>
      </w:pPr>
    </w:p>
    <w:p w14:paraId="571E7894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Nom de la structure : ____________________________________________</w:t>
      </w:r>
    </w:p>
    <w:p w14:paraId="4704B6AF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Adresse : _____________________________________________________</w:t>
      </w:r>
    </w:p>
    <w:p w14:paraId="1AE12727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Téléphone : ___________________________________________________</w:t>
      </w:r>
    </w:p>
    <w:p w14:paraId="4AA7B2E6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Courriel : _____________________________________________________</w:t>
      </w:r>
    </w:p>
    <w:p w14:paraId="1E86F015" w14:textId="77777777" w:rsidR="002B6782" w:rsidRPr="005932FC" w:rsidRDefault="005932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Nom du </w:t>
      </w:r>
      <w:proofErr w:type="spellStart"/>
      <w:r>
        <w:rPr>
          <w:rFonts w:ascii="Arial" w:hAnsi="Arial" w:cs="Arial"/>
        </w:rPr>
        <w:t>dirigeant</w:t>
      </w:r>
      <w:proofErr w:type="spellEnd"/>
      <w:r w:rsidR="00731952" w:rsidRPr="005932FC">
        <w:rPr>
          <w:rFonts w:ascii="Arial" w:hAnsi="Arial" w:cs="Arial"/>
        </w:rPr>
        <w:t xml:space="preserve"> : ____________________________________________</w:t>
      </w:r>
    </w:p>
    <w:p w14:paraId="39B516E4" w14:textId="77777777" w:rsidR="002B6782" w:rsidRPr="005932FC" w:rsidRDefault="00731952" w:rsidP="005932FC">
      <w:pPr>
        <w:spacing w:after="0"/>
        <w:rPr>
          <w:rFonts w:ascii="Arial" w:hAnsi="Arial" w:cs="Arial"/>
        </w:rPr>
      </w:pPr>
      <w:r w:rsidRPr="005932FC">
        <w:rPr>
          <w:rFonts w:ascii="Arial" w:hAnsi="Arial" w:cs="Arial"/>
        </w:rPr>
        <w:t>Fonction : ____________________________________________________</w:t>
      </w:r>
    </w:p>
    <w:p w14:paraId="733C0AAF" w14:textId="77777777" w:rsidR="005932FC" w:rsidRDefault="005932FC" w:rsidP="005932FC">
      <w:pPr>
        <w:pStyle w:val="Titre2"/>
        <w:spacing w:before="0"/>
        <w:rPr>
          <w:rFonts w:ascii="Arial" w:hAnsi="Arial" w:cs="Arial"/>
          <w:sz w:val="22"/>
          <w:szCs w:val="22"/>
        </w:rPr>
      </w:pPr>
    </w:p>
    <w:p w14:paraId="6172BDF4" w14:textId="77777777" w:rsidR="002B6782" w:rsidRPr="005932FC" w:rsidRDefault="00731952">
      <w:pPr>
        <w:pStyle w:val="Titre2"/>
        <w:rPr>
          <w:rFonts w:ascii="Arial" w:hAnsi="Arial" w:cs="Arial"/>
          <w:sz w:val="22"/>
          <w:szCs w:val="22"/>
        </w:rPr>
      </w:pPr>
      <w:r w:rsidRPr="005932FC">
        <w:rPr>
          <w:rFonts w:ascii="Arial" w:hAnsi="Arial" w:cs="Arial"/>
          <w:sz w:val="22"/>
          <w:szCs w:val="22"/>
        </w:rPr>
        <w:t>2. Collège et formation visés</w:t>
      </w:r>
    </w:p>
    <w:p w14:paraId="09EE2684" w14:textId="77777777" w:rsid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Formation spécialisée : </w:t>
      </w:r>
    </w:p>
    <w:p w14:paraId="10484683" w14:textId="77777777" w:rsidR="005932FC" w:rsidRDefault="00731952">
      <w:pPr>
        <w:rPr>
          <w:rFonts w:ascii="Arial" w:hAnsi="Arial" w:cs="Arial"/>
        </w:rPr>
      </w:pPr>
      <w:r w:rsidRPr="005932FC">
        <w:rPr>
          <w:rFonts w:ascii="Segoe UI Symbol" w:hAnsi="Segoe UI Symbol" w:cs="Segoe UI Symbol"/>
        </w:rPr>
        <w:t>☐</w:t>
      </w:r>
      <w:r w:rsidRPr="005932FC">
        <w:rPr>
          <w:rFonts w:ascii="Arial" w:hAnsi="Arial" w:cs="Arial"/>
        </w:rPr>
        <w:t xml:space="preserve"> Personnes âgées   </w:t>
      </w:r>
    </w:p>
    <w:p w14:paraId="3FC5B7AD" w14:textId="6A31BDB8" w:rsidR="002B6782" w:rsidRDefault="00731952">
      <w:pPr>
        <w:rPr>
          <w:rFonts w:ascii="Arial" w:hAnsi="Arial" w:cs="Arial"/>
        </w:rPr>
      </w:pPr>
      <w:r w:rsidRPr="005932FC">
        <w:rPr>
          <w:rFonts w:ascii="Segoe UI Symbol" w:hAnsi="Segoe UI Symbol" w:cs="Segoe UI Symbol"/>
        </w:rPr>
        <w:t>☐</w:t>
      </w:r>
      <w:r w:rsidRPr="005932FC">
        <w:rPr>
          <w:rFonts w:ascii="Arial" w:hAnsi="Arial" w:cs="Arial"/>
        </w:rPr>
        <w:t xml:space="preserve"> </w:t>
      </w:r>
      <w:proofErr w:type="spellStart"/>
      <w:r w:rsidRPr="005932FC">
        <w:rPr>
          <w:rFonts w:ascii="Arial" w:hAnsi="Arial" w:cs="Arial"/>
        </w:rPr>
        <w:t>Personnes</w:t>
      </w:r>
      <w:proofErr w:type="spellEnd"/>
      <w:r w:rsidRPr="005932FC">
        <w:rPr>
          <w:rFonts w:ascii="Arial" w:hAnsi="Arial" w:cs="Arial"/>
        </w:rPr>
        <w:t xml:space="preserve"> </w:t>
      </w:r>
      <w:proofErr w:type="spellStart"/>
      <w:r w:rsidR="00401FC7">
        <w:rPr>
          <w:rFonts w:ascii="Arial" w:hAnsi="Arial" w:cs="Arial"/>
        </w:rPr>
        <w:t>en</w:t>
      </w:r>
      <w:proofErr w:type="spellEnd"/>
      <w:r w:rsidR="00401FC7">
        <w:rPr>
          <w:rFonts w:ascii="Arial" w:hAnsi="Arial" w:cs="Arial"/>
        </w:rPr>
        <w:t xml:space="preserve"> situation de </w:t>
      </w:r>
      <w:r w:rsidRPr="005932FC">
        <w:rPr>
          <w:rFonts w:ascii="Arial" w:hAnsi="Arial" w:cs="Arial"/>
        </w:rPr>
        <w:t>handicap</w:t>
      </w:r>
    </w:p>
    <w:p w14:paraId="1F244882" w14:textId="77777777" w:rsidR="005932FC" w:rsidRPr="005932FC" w:rsidRDefault="005932FC">
      <w:pPr>
        <w:rPr>
          <w:rFonts w:ascii="Arial" w:hAnsi="Arial" w:cs="Arial"/>
        </w:rPr>
      </w:pPr>
      <w:r w:rsidRPr="005932F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Les deux</w:t>
      </w:r>
    </w:p>
    <w:p w14:paraId="4DFE62D7" w14:textId="77777777" w:rsidR="002B6782" w:rsidRPr="005932FC" w:rsidRDefault="00731952" w:rsidP="005932FC">
      <w:pPr>
        <w:spacing w:after="0"/>
        <w:rPr>
          <w:rFonts w:ascii="Arial" w:hAnsi="Arial" w:cs="Arial"/>
        </w:rPr>
      </w:pPr>
      <w:r w:rsidRPr="005932FC">
        <w:rPr>
          <w:rFonts w:ascii="Arial" w:hAnsi="Arial" w:cs="Arial"/>
        </w:rPr>
        <w:t>Collège visé : _________________________________________________</w:t>
      </w:r>
    </w:p>
    <w:p w14:paraId="3322B41D" w14:textId="77777777" w:rsidR="005932FC" w:rsidRDefault="005932FC" w:rsidP="005932FC">
      <w:pPr>
        <w:pStyle w:val="Titre2"/>
        <w:spacing w:before="0"/>
        <w:rPr>
          <w:rFonts w:ascii="Arial" w:hAnsi="Arial" w:cs="Arial"/>
          <w:sz w:val="22"/>
          <w:szCs w:val="22"/>
        </w:rPr>
      </w:pPr>
    </w:p>
    <w:p w14:paraId="5564867D" w14:textId="77777777" w:rsidR="002B6782" w:rsidRPr="005932FC" w:rsidRDefault="00731952">
      <w:pPr>
        <w:pStyle w:val="Titre2"/>
        <w:rPr>
          <w:rFonts w:ascii="Arial" w:hAnsi="Arial" w:cs="Arial"/>
          <w:sz w:val="22"/>
          <w:szCs w:val="22"/>
        </w:rPr>
      </w:pPr>
      <w:r w:rsidRPr="005932FC">
        <w:rPr>
          <w:rFonts w:ascii="Arial" w:hAnsi="Arial" w:cs="Arial"/>
          <w:sz w:val="22"/>
          <w:szCs w:val="22"/>
        </w:rPr>
        <w:t>3. Personnes proposées</w:t>
      </w:r>
    </w:p>
    <w:p w14:paraId="0C884DF8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Titulaire :</w:t>
      </w:r>
    </w:p>
    <w:p w14:paraId="6423CD6D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Nom et prénom : ____________________________________________</w:t>
      </w:r>
    </w:p>
    <w:p w14:paraId="4C8CC07D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Fonction : _________________________________________________</w:t>
      </w:r>
    </w:p>
    <w:p w14:paraId="4EC158D8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Téléphone : ________________________________________________</w:t>
      </w:r>
    </w:p>
    <w:p w14:paraId="6A7A43B6" w14:textId="77777777" w:rsidR="002B6782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</w:t>
      </w:r>
      <w:proofErr w:type="spellStart"/>
      <w:r w:rsidRPr="005932FC">
        <w:rPr>
          <w:rFonts w:ascii="Arial" w:hAnsi="Arial" w:cs="Arial"/>
        </w:rPr>
        <w:t>Courriel</w:t>
      </w:r>
      <w:proofErr w:type="spellEnd"/>
      <w:r w:rsidRPr="005932FC">
        <w:rPr>
          <w:rFonts w:ascii="Arial" w:hAnsi="Arial" w:cs="Arial"/>
        </w:rPr>
        <w:t xml:space="preserve"> : _________________________________________________</w:t>
      </w:r>
    </w:p>
    <w:p w14:paraId="6F8496E0" w14:textId="77777777" w:rsidR="005932FC" w:rsidRPr="005932FC" w:rsidRDefault="005932FC" w:rsidP="005932FC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</w:t>
      </w:r>
      <w:proofErr w:type="spellStart"/>
      <w:r>
        <w:rPr>
          <w:rFonts w:ascii="Arial" w:hAnsi="Arial" w:cs="Arial"/>
        </w:rPr>
        <w:t>Adresse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postale</w:t>
      </w:r>
      <w:proofErr w:type="spellEnd"/>
      <w:r w:rsidRPr="005932FC">
        <w:rPr>
          <w:rFonts w:ascii="Arial" w:hAnsi="Arial" w:cs="Arial"/>
        </w:rPr>
        <w:t xml:space="preserve"> : _________________________________________________</w:t>
      </w:r>
    </w:p>
    <w:p w14:paraId="4C9CEF95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lastRenderedPageBreak/>
        <w:t>Suppléant :</w:t>
      </w:r>
    </w:p>
    <w:p w14:paraId="3BA009A9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Nom et prénom : ____________________________________________</w:t>
      </w:r>
    </w:p>
    <w:p w14:paraId="059F6CC5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Fonction : _________________________________________________</w:t>
      </w:r>
    </w:p>
    <w:p w14:paraId="501C62E9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Téléphone : ________________________________________________</w:t>
      </w:r>
    </w:p>
    <w:p w14:paraId="6C0B57F6" w14:textId="77777777" w:rsidR="002B6782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</w:t>
      </w:r>
      <w:proofErr w:type="spellStart"/>
      <w:r w:rsidRPr="005932FC">
        <w:rPr>
          <w:rFonts w:ascii="Arial" w:hAnsi="Arial" w:cs="Arial"/>
        </w:rPr>
        <w:t>Courriel</w:t>
      </w:r>
      <w:proofErr w:type="spellEnd"/>
      <w:r w:rsidRPr="005932FC">
        <w:rPr>
          <w:rFonts w:ascii="Arial" w:hAnsi="Arial" w:cs="Arial"/>
        </w:rPr>
        <w:t xml:space="preserve"> : _________________________________________________</w:t>
      </w:r>
    </w:p>
    <w:p w14:paraId="0A3A77F9" w14:textId="77777777" w:rsidR="005932FC" w:rsidRPr="005932FC" w:rsidRDefault="005932FC" w:rsidP="005932FC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  - </w:t>
      </w:r>
      <w:proofErr w:type="spellStart"/>
      <w:r>
        <w:rPr>
          <w:rFonts w:ascii="Arial" w:hAnsi="Arial" w:cs="Arial"/>
        </w:rPr>
        <w:t>Adresse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postale</w:t>
      </w:r>
      <w:proofErr w:type="spellEnd"/>
      <w:r w:rsidRPr="005932FC">
        <w:rPr>
          <w:rFonts w:ascii="Arial" w:hAnsi="Arial" w:cs="Arial"/>
        </w:rPr>
        <w:t xml:space="preserve"> : _________________________________________________</w:t>
      </w:r>
    </w:p>
    <w:p w14:paraId="00194BD3" w14:textId="77777777" w:rsidR="005932FC" w:rsidRPr="005932FC" w:rsidRDefault="005932FC">
      <w:pPr>
        <w:rPr>
          <w:rFonts w:ascii="Arial" w:hAnsi="Arial" w:cs="Arial"/>
        </w:rPr>
      </w:pPr>
    </w:p>
    <w:p w14:paraId="657E9240" w14:textId="77777777" w:rsidR="002B6782" w:rsidRPr="005932FC" w:rsidRDefault="00731952">
      <w:pPr>
        <w:pStyle w:val="Titre2"/>
        <w:rPr>
          <w:rFonts w:ascii="Arial" w:hAnsi="Arial" w:cs="Arial"/>
          <w:sz w:val="22"/>
          <w:szCs w:val="22"/>
        </w:rPr>
      </w:pPr>
      <w:r w:rsidRPr="005932FC">
        <w:rPr>
          <w:rFonts w:ascii="Arial" w:hAnsi="Arial" w:cs="Arial"/>
          <w:sz w:val="22"/>
          <w:szCs w:val="22"/>
        </w:rPr>
        <w:t>4. Justificatifs à joindre</w:t>
      </w:r>
    </w:p>
    <w:p w14:paraId="43BD8EB9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- Lettre de motivation de la structure</w:t>
      </w:r>
    </w:p>
    <w:p w14:paraId="5A191EC8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- Statuts ou documents attestant de la représentativité</w:t>
      </w:r>
    </w:p>
    <w:p w14:paraId="10BEB4C1" w14:textId="77777777" w:rsidR="002B6782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- Curriculum vitae des </w:t>
      </w:r>
      <w:proofErr w:type="spellStart"/>
      <w:r w:rsidRPr="005932FC">
        <w:rPr>
          <w:rFonts w:ascii="Arial" w:hAnsi="Arial" w:cs="Arial"/>
        </w:rPr>
        <w:t>personnes</w:t>
      </w:r>
      <w:proofErr w:type="spellEnd"/>
      <w:r w:rsidRPr="005932FC">
        <w:rPr>
          <w:rFonts w:ascii="Arial" w:hAnsi="Arial" w:cs="Arial"/>
        </w:rPr>
        <w:t xml:space="preserve"> </w:t>
      </w:r>
      <w:proofErr w:type="spellStart"/>
      <w:r w:rsidR="00AD7ED1">
        <w:rPr>
          <w:rFonts w:ascii="Arial" w:hAnsi="Arial" w:cs="Arial"/>
        </w:rPr>
        <w:t>proposées</w:t>
      </w:r>
      <w:proofErr w:type="spellEnd"/>
    </w:p>
    <w:p w14:paraId="7F28F845" w14:textId="77777777" w:rsidR="00AD7ED1" w:rsidRPr="005932FC" w:rsidRDefault="00AD7ED1">
      <w:pPr>
        <w:rPr>
          <w:rFonts w:ascii="Arial" w:hAnsi="Arial" w:cs="Arial"/>
        </w:rPr>
      </w:pPr>
    </w:p>
    <w:p w14:paraId="61C97D0E" w14:textId="77777777" w:rsidR="002B6782" w:rsidRPr="005932FC" w:rsidRDefault="00731952">
      <w:pPr>
        <w:pStyle w:val="Titre2"/>
        <w:rPr>
          <w:rFonts w:ascii="Arial" w:hAnsi="Arial" w:cs="Arial"/>
          <w:sz w:val="22"/>
          <w:szCs w:val="22"/>
        </w:rPr>
      </w:pPr>
      <w:r w:rsidRPr="005932FC">
        <w:rPr>
          <w:rFonts w:ascii="Arial" w:hAnsi="Arial" w:cs="Arial"/>
          <w:sz w:val="22"/>
          <w:szCs w:val="22"/>
        </w:rPr>
        <w:t>5. Déclaration sur l'honneur</w:t>
      </w:r>
    </w:p>
    <w:p w14:paraId="09CF6405" w14:textId="77777777" w:rsidR="002B6782" w:rsidRDefault="00731952" w:rsidP="00AD7ED1">
      <w:pPr>
        <w:jc w:val="both"/>
        <w:rPr>
          <w:rFonts w:ascii="Arial" w:hAnsi="Arial" w:cs="Arial"/>
        </w:rPr>
      </w:pPr>
      <w:r w:rsidRPr="005932FC">
        <w:rPr>
          <w:rFonts w:ascii="Arial" w:hAnsi="Arial" w:cs="Arial"/>
        </w:rPr>
        <w:t xml:space="preserve">Je soussigné(e), représentant(e) légal(e) de la structure mentionnée ci-dessus, certifie sur l'honneur l'exactitude des informations fournies et l'engagement des personnes proposées à </w:t>
      </w:r>
      <w:proofErr w:type="spellStart"/>
      <w:r w:rsidRPr="005932FC">
        <w:rPr>
          <w:rFonts w:ascii="Arial" w:hAnsi="Arial" w:cs="Arial"/>
        </w:rPr>
        <w:t>participer</w:t>
      </w:r>
      <w:proofErr w:type="spellEnd"/>
      <w:r w:rsidRPr="005932FC">
        <w:rPr>
          <w:rFonts w:ascii="Arial" w:hAnsi="Arial" w:cs="Arial"/>
        </w:rPr>
        <w:t xml:space="preserve"> </w:t>
      </w:r>
      <w:proofErr w:type="spellStart"/>
      <w:r w:rsidRPr="005932FC">
        <w:rPr>
          <w:rFonts w:ascii="Arial" w:hAnsi="Arial" w:cs="Arial"/>
        </w:rPr>
        <w:t>activement</w:t>
      </w:r>
      <w:proofErr w:type="spellEnd"/>
      <w:r w:rsidRPr="005932FC">
        <w:rPr>
          <w:rFonts w:ascii="Arial" w:hAnsi="Arial" w:cs="Arial"/>
        </w:rPr>
        <w:t xml:space="preserve"> aux travaux du CDCA.</w:t>
      </w:r>
    </w:p>
    <w:p w14:paraId="743CD6CD" w14:textId="77777777" w:rsidR="00AD7ED1" w:rsidRPr="005932FC" w:rsidRDefault="00AD7ED1" w:rsidP="00AD7ED1">
      <w:pPr>
        <w:jc w:val="both"/>
        <w:rPr>
          <w:rFonts w:ascii="Arial" w:hAnsi="Arial" w:cs="Arial"/>
        </w:rPr>
      </w:pPr>
    </w:p>
    <w:p w14:paraId="5D095F25" w14:textId="77777777" w:rsidR="002B6782" w:rsidRPr="005932FC" w:rsidRDefault="00731952">
      <w:pPr>
        <w:rPr>
          <w:rFonts w:ascii="Arial" w:hAnsi="Arial" w:cs="Arial"/>
        </w:rPr>
      </w:pPr>
      <w:r w:rsidRPr="005932FC">
        <w:rPr>
          <w:rFonts w:ascii="Arial" w:hAnsi="Arial" w:cs="Arial"/>
        </w:rPr>
        <w:t>Fait à ____________________, le ________________</w:t>
      </w:r>
    </w:p>
    <w:p w14:paraId="4B940534" w14:textId="77777777" w:rsidR="002B6782" w:rsidRDefault="00AD7ED1">
      <w:pPr>
        <w:rPr>
          <w:rFonts w:ascii="Arial" w:hAnsi="Arial" w:cs="Arial"/>
        </w:rPr>
      </w:pPr>
      <w:r>
        <w:rPr>
          <w:rFonts w:ascii="Arial" w:hAnsi="Arial" w:cs="Arial"/>
        </w:rPr>
        <w:t>Signature :</w:t>
      </w:r>
    </w:p>
    <w:p w14:paraId="089871E9" w14:textId="77777777" w:rsidR="00AD7ED1" w:rsidRDefault="00AD7ED1">
      <w:pPr>
        <w:rPr>
          <w:rFonts w:ascii="Arial" w:hAnsi="Arial" w:cs="Arial"/>
        </w:rPr>
      </w:pPr>
    </w:p>
    <w:p w14:paraId="5B56BF33" w14:textId="77777777" w:rsidR="00AD7ED1" w:rsidRPr="005932FC" w:rsidRDefault="00AD7ED1">
      <w:pPr>
        <w:rPr>
          <w:rFonts w:ascii="Arial" w:hAnsi="Arial" w:cs="Arial"/>
        </w:rPr>
      </w:pPr>
    </w:p>
    <w:p w14:paraId="29F1F347" w14:textId="77777777" w:rsidR="002B6782" w:rsidRPr="005932FC" w:rsidRDefault="00731952">
      <w:pPr>
        <w:pStyle w:val="Titre2"/>
        <w:rPr>
          <w:rFonts w:ascii="Arial" w:hAnsi="Arial" w:cs="Arial"/>
          <w:sz w:val="22"/>
          <w:szCs w:val="22"/>
        </w:rPr>
      </w:pPr>
      <w:r w:rsidRPr="005932FC">
        <w:rPr>
          <w:rFonts w:ascii="Arial" w:hAnsi="Arial" w:cs="Arial"/>
          <w:sz w:val="22"/>
          <w:szCs w:val="22"/>
        </w:rPr>
        <w:t>6. Autorisation de traitement des données personnelles</w:t>
      </w:r>
    </w:p>
    <w:p w14:paraId="420EA5E9" w14:textId="77777777" w:rsidR="002B6782" w:rsidRPr="005932FC" w:rsidRDefault="00731952" w:rsidP="00AD7ED1">
      <w:pPr>
        <w:jc w:val="both"/>
        <w:rPr>
          <w:rFonts w:ascii="Arial" w:hAnsi="Arial" w:cs="Arial"/>
        </w:rPr>
      </w:pPr>
      <w:r w:rsidRPr="005932FC">
        <w:rPr>
          <w:rFonts w:ascii="Arial" w:hAnsi="Arial" w:cs="Arial"/>
        </w:rPr>
        <w:t>Conformément au Règlement Général sur la Protection des Données</w:t>
      </w:r>
      <w:r w:rsidR="00AD7ED1">
        <w:rPr>
          <w:rFonts w:ascii="Arial" w:hAnsi="Arial" w:cs="Arial"/>
        </w:rPr>
        <w:t xml:space="preserve"> (RGPD), </w:t>
      </w:r>
      <w:proofErr w:type="spellStart"/>
      <w:r w:rsidR="00AD7ED1">
        <w:rPr>
          <w:rFonts w:ascii="Arial" w:hAnsi="Arial" w:cs="Arial"/>
        </w:rPr>
        <w:t>j’autorise</w:t>
      </w:r>
      <w:proofErr w:type="spellEnd"/>
      <w:r w:rsidR="00AD7ED1">
        <w:rPr>
          <w:rFonts w:ascii="Arial" w:hAnsi="Arial" w:cs="Arial"/>
        </w:rPr>
        <w:t xml:space="preserve"> le Conseil </w:t>
      </w:r>
      <w:proofErr w:type="spellStart"/>
      <w:r w:rsidR="00AD7ED1">
        <w:rPr>
          <w:rFonts w:ascii="Arial" w:hAnsi="Arial" w:cs="Arial"/>
        </w:rPr>
        <w:t>d</w:t>
      </w:r>
      <w:r w:rsidRPr="005932FC">
        <w:rPr>
          <w:rFonts w:ascii="Arial" w:hAnsi="Arial" w:cs="Arial"/>
        </w:rPr>
        <w:t>épartemental</w:t>
      </w:r>
      <w:proofErr w:type="spellEnd"/>
      <w:r w:rsidRPr="005932FC">
        <w:rPr>
          <w:rFonts w:ascii="Arial" w:hAnsi="Arial" w:cs="Arial"/>
        </w:rPr>
        <w:t xml:space="preserve"> </w:t>
      </w:r>
      <w:r w:rsidR="00AD7ED1">
        <w:rPr>
          <w:rFonts w:ascii="Arial" w:hAnsi="Arial" w:cs="Arial"/>
        </w:rPr>
        <w:t xml:space="preserve">de la Haute-Garonne </w:t>
      </w:r>
      <w:r w:rsidRPr="005932FC">
        <w:rPr>
          <w:rFonts w:ascii="Arial" w:hAnsi="Arial" w:cs="Arial"/>
        </w:rPr>
        <w:t xml:space="preserve">à </w:t>
      </w:r>
      <w:proofErr w:type="spellStart"/>
      <w:r w:rsidRPr="005932FC">
        <w:rPr>
          <w:rFonts w:ascii="Arial" w:hAnsi="Arial" w:cs="Arial"/>
        </w:rPr>
        <w:t>traiter</w:t>
      </w:r>
      <w:proofErr w:type="spellEnd"/>
      <w:r w:rsidRPr="005932FC">
        <w:rPr>
          <w:rFonts w:ascii="Arial" w:hAnsi="Arial" w:cs="Arial"/>
        </w:rPr>
        <w:t xml:space="preserve"> les données </w:t>
      </w:r>
      <w:proofErr w:type="spellStart"/>
      <w:r w:rsidRPr="005932FC">
        <w:rPr>
          <w:rFonts w:ascii="Arial" w:hAnsi="Arial" w:cs="Arial"/>
        </w:rPr>
        <w:t>personnelles</w:t>
      </w:r>
      <w:proofErr w:type="spellEnd"/>
      <w:r w:rsidRPr="005932FC">
        <w:rPr>
          <w:rFonts w:ascii="Arial" w:hAnsi="Arial" w:cs="Arial"/>
        </w:rPr>
        <w:t xml:space="preserve"> contenues dans ce formulaire dans le cadre de la procédure de renouvellement du CDCA.</w:t>
      </w:r>
    </w:p>
    <w:p w14:paraId="46FFC18C" w14:textId="77777777" w:rsidR="002B6782" w:rsidRPr="005932FC" w:rsidRDefault="00AD7ED1">
      <w:pPr>
        <w:rPr>
          <w:rFonts w:ascii="Arial" w:hAnsi="Arial" w:cs="Arial"/>
        </w:rPr>
      </w:pPr>
      <w:r>
        <w:rPr>
          <w:rFonts w:ascii="Arial" w:hAnsi="Arial" w:cs="Arial"/>
        </w:rPr>
        <w:t>Signature :</w:t>
      </w:r>
    </w:p>
    <w:sectPr w:rsidR="002B6782" w:rsidRPr="005932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B54038"/>
    <w:multiLevelType w:val="hybridMultilevel"/>
    <w:tmpl w:val="7D84B6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617989">
    <w:abstractNumId w:val="8"/>
  </w:num>
  <w:num w:numId="2" w16cid:durableId="822891447">
    <w:abstractNumId w:val="6"/>
  </w:num>
  <w:num w:numId="3" w16cid:durableId="1695954717">
    <w:abstractNumId w:val="5"/>
  </w:num>
  <w:num w:numId="4" w16cid:durableId="117992965">
    <w:abstractNumId w:val="4"/>
  </w:num>
  <w:num w:numId="5" w16cid:durableId="108089493">
    <w:abstractNumId w:val="7"/>
  </w:num>
  <w:num w:numId="6" w16cid:durableId="1012226426">
    <w:abstractNumId w:val="3"/>
  </w:num>
  <w:num w:numId="7" w16cid:durableId="1351100007">
    <w:abstractNumId w:val="2"/>
  </w:num>
  <w:num w:numId="8" w16cid:durableId="148374599">
    <w:abstractNumId w:val="1"/>
  </w:num>
  <w:num w:numId="9" w16cid:durableId="1740247605">
    <w:abstractNumId w:val="0"/>
  </w:num>
  <w:num w:numId="10" w16cid:durableId="17641033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388"/>
    <w:rsid w:val="0015074B"/>
    <w:rsid w:val="0029639D"/>
    <w:rsid w:val="002B6782"/>
    <w:rsid w:val="00326F90"/>
    <w:rsid w:val="00401FC7"/>
    <w:rsid w:val="005932FC"/>
    <w:rsid w:val="00731952"/>
    <w:rsid w:val="00941476"/>
    <w:rsid w:val="009B4AFD"/>
    <w:rsid w:val="00AA1D8D"/>
    <w:rsid w:val="00AD7ED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CF57"/>
  <w14:defaultImageDpi w14:val="300"/>
  <w15:docId w15:val="{11363254-1A61-413E-B7D8-8C964DEC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618E9B-A4DC-48C6-9471-CCE76FE4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Pages Magali</cp:lastModifiedBy>
  <cp:revision>5</cp:revision>
  <dcterms:created xsi:type="dcterms:W3CDTF">2025-07-30T09:05:00Z</dcterms:created>
  <dcterms:modified xsi:type="dcterms:W3CDTF">2026-07-01T13:22:00Z</dcterms:modified>
  <cp:category/>
</cp:coreProperties>
</file>